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39A8E" w14:textId="77777777" w:rsidR="006B0230" w:rsidRDefault="00000000">
      <w:pPr>
        <w:jc w:val="center"/>
      </w:pPr>
      <w:r>
        <w:rPr>
          <w:noProof/>
        </w:rPr>
        <w:drawing>
          <wp:inline distT="0" distB="0" distL="0" distR="0" wp14:anchorId="5A38AEA1" wp14:editId="4B904EBF">
            <wp:extent cx="839402" cy="118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ČR 14.11.2026 (A4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9402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CFB74" w14:textId="77777777" w:rsidR="006B0230" w:rsidRDefault="00000000">
      <w:pPr>
        <w:pStyle w:val="Nzev"/>
        <w:spacing w:after="60"/>
        <w:jc w:val="center"/>
      </w:pPr>
      <w:r>
        <w:rPr>
          <w:b/>
          <w:color w:val="000000"/>
          <w:sz w:val="34"/>
        </w:rPr>
        <w:t>SEZNAM ZÁVODNÍKŮ</w:t>
      </w:r>
    </w:p>
    <w:p w14:paraId="49C737A7" w14:textId="77777777" w:rsidR="006B0230" w:rsidRDefault="00000000">
      <w:pPr>
        <w:jc w:val="center"/>
      </w:pPr>
      <w:r>
        <w:rPr>
          <w:b/>
        </w:rPr>
        <w:t>OTEVŘENÉ MISTROVSTVÍ ČESKÉ REPUBLIKY V TAEKWON-DO</w:t>
      </w:r>
    </w:p>
    <w:p w14:paraId="7AAEE971" w14:textId="77777777" w:rsidR="006B0230" w:rsidRDefault="00000000">
      <w:pPr>
        <w:jc w:val="center"/>
      </w:pPr>
      <w:r>
        <w:t>14. listopadu 2026  |  Centrum Na Fialce, Říčany, Česká republika</w:t>
      </w:r>
    </w:p>
    <w:p w14:paraId="233E83D9" w14:textId="77777777" w:rsidR="006B0230" w:rsidRDefault="00000000">
      <w:pPr>
        <w:spacing w:after="100"/>
      </w:pPr>
      <w:r>
        <w:t>KLUB: ______________________________________________________________________</w:t>
      </w:r>
    </w:p>
    <w:p w14:paraId="3054CF9C" w14:textId="77777777" w:rsidR="006B0230" w:rsidRDefault="00000000">
      <w:pPr>
        <w:spacing w:after="100"/>
      </w:pPr>
      <w:r>
        <w:t>TRENÉŘI:  1. __________________________  2. __________________________</w:t>
      </w:r>
    </w:p>
    <w:p w14:paraId="40AD5ADB" w14:textId="77777777" w:rsidR="006B0230" w:rsidRDefault="00000000">
      <w:pPr>
        <w:spacing w:after="100"/>
      </w:pPr>
      <w:r>
        <w:t>ROZHODČÍ:  1. _________________________  2. __________________________</w:t>
      </w:r>
    </w:p>
    <w:p w14:paraId="55834C76" w14:textId="77777777" w:rsidR="006B0230" w:rsidRDefault="00000000">
      <w:pPr>
        <w:spacing w:after="100"/>
      </w:pPr>
      <w:r>
        <w:t xml:space="preserve">                      3. _________________________  4. 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701"/>
        <w:gridCol w:w="1814"/>
        <w:gridCol w:w="1587"/>
        <w:gridCol w:w="1701"/>
        <w:gridCol w:w="1134"/>
        <w:gridCol w:w="2154"/>
      </w:tblGrid>
      <w:tr w:rsidR="006B0230" w14:paraId="60360377" w14:textId="77777777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291940F5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Č.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48DDB4AB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JMÉNO</w:t>
            </w: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7C68F0C4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PŘÍJMENÍ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60E97794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KLUB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779D43A7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DALŠÍ KATEGORIE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6739442B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UHRAZENO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D72"/>
            <w:vAlign w:val="center"/>
          </w:tcPr>
          <w:p w14:paraId="1AF9120B" w14:textId="77777777" w:rsidR="006B023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PODPIS</w:t>
            </w:r>
          </w:p>
        </w:tc>
      </w:tr>
      <w:tr w:rsidR="006B0230" w14:paraId="3BC0417E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32FD369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CCE1B31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9F5FB8B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CBFEE0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A1C013A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F67D0D5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CC34F27" w14:textId="77777777" w:rsidR="006B0230" w:rsidRDefault="006B0230">
            <w:pPr>
              <w:spacing w:after="0"/>
            </w:pPr>
          </w:p>
        </w:tc>
      </w:tr>
      <w:tr w:rsidR="006B0230" w14:paraId="11B4BB08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99D4CB3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294454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D324488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C7BCE6D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4AB2533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4BED884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8850244" w14:textId="77777777" w:rsidR="006B0230" w:rsidRDefault="006B0230">
            <w:pPr>
              <w:spacing w:after="0"/>
            </w:pPr>
          </w:p>
        </w:tc>
      </w:tr>
      <w:tr w:rsidR="006B0230" w14:paraId="29D26743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D77CA97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7A3F4E5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7F6E090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511D950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8CACC91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716D635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22468B9" w14:textId="77777777" w:rsidR="006B0230" w:rsidRDefault="006B0230">
            <w:pPr>
              <w:spacing w:after="0"/>
            </w:pPr>
          </w:p>
        </w:tc>
      </w:tr>
      <w:tr w:rsidR="006B0230" w14:paraId="567A7804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7D037F4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9FF5179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2E573E3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9B98A5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73BA8DE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6CA0598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F4573DA" w14:textId="77777777" w:rsidR="006B0230" w:rsidRDefault="006B0230">
            <w:pPr>
              <w:spacing w:after="0"/>
            </w:pPr>
          </w:p>
        </w:tc>
      </w:tr>
      <w:tr w:rsidR="006B0230" w14:paraId="7A5F7354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35B1B2E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92E7280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5EB7A96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5CA770E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3460E28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199E59A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80A3351" w14:textId="77777777" w:rsidR="006B0230" w:rsidRDefault="006B0230">
            <w:pPr>
              <w:spacing w:after="0"/>
            </w:pPr>
          </w:p>
        </w:tc>
      </w:tr>
      <w:tr w:rsidR="006B0230" w14:paraId="31577508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AD8539A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80C1EFA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40D231B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0884D3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CDC471B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9A08FFA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FC05A5D" w14:textId="77777777" w:rsidR="006B0230" w:rsidRDefault="006B0230">
            <w:pPr>
              <w:spacing w:after="0"/>
            </w:pPr>
          </w:p>
        </w:tc>
      </w:tr>
      <w:tr w:rsidR="006B0230" w14:paraId="33F1CC20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331862E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DF5571F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81C13E2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833AAD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12E60AA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B3F09B6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C646E8B" w14:textId="77777777" w:rsidR="006B0230" w:rsidRDefault="006B0230">
            <w:pPr>
              <w:spacing w:after="0"/>
            </w:pPr>
          </w:p>
        </w:tc>
      </w:tr>
      <w:tr w:rsidR="006B0230" w14:paraId="2661AF01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E30A464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B1F761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101D0BB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DB16C40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A92B6AE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9770C79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72660F0" w14:textId="77777777" w:rsidR="006B0230" w:rsidRDefault="006B0230">
            <w:pPr>
              <w:spacing w:after="0"/>
            </w:pPr>
          </w:p>
        </w:tc>
      </w:tr>
      <w:tr w:rsidR="006B0230" w14:paraId="517BC549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C838EB6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E068B53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C1BB343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DB8EF73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AC6EE04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CA5BDC2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D6D9F0E" w14:textId="77777777" w:rsidR="006B0230" w:rsidRDefault="006B0230">
            <w:pPr>
              <w:spacing w:after="0"/>
            </w:pPr>
          </w:p>
        </w:tc>
      </w:tr>
      <w:tr w:rsidR="006B0230" w14:paraId="0326EAC6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44C5C43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07C288B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62C2ACC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72A6D5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477013B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4773C0F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D47B63C" w14:textId="77777777" w:rsidR="006B0230" w:rsidRDefault="006B0230">
            <w:pPr>
              <w:spacing w:after="0"/>
            </w:pPr>
          </w:p>
        </w:tc>
      </w:tr>
      <w:tr w:rsidR="006B0230" w14:paraId="4EAFACCB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70972A5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07FC6B7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0F70961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02F8D96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B57B6A7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F071058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D0AB431" w14:textId="77777777" w:rsidR="006B0230" w:rsidRDefault="006B0230">
            <w:pPr>
              <w:spacing w:after="0"/>
            </w:pPr>
          </w:p>
        </w:tc>
      </w:tr>
      <w:tr w:rsidR="006B0230" w14:paraId="5ADFA018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484BE4A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384EEDB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DCC1676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9866A9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4B4AFEC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2CDD4FE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D70C919" w14:textId="77777777" w:rsidR="006B0230" w:rsidRDefault="006B0230">
            <w:pPr>
              <w:spacing w:after="0"/>
            </w:pPr>
          </w:p>
        </w:tc>
      </w:tr>
      <w:tr w:rsidR="006B0230" w14:paraId="034A9D61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00DABA8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77F3E4C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785C386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1AAC452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F3A530F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B91350D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CACFBF4" w14:textId="77777777" w:rsidR="006B0230" w:rsidRDefault="006B0230">
            <w:pPr>
              <w:spacing w:after="0"/>
            </w:pPr>
          </w:p>
        </w:tc>
      </w:tr>
      <w:tr w:rsidR="006B0230" w14:paraId="77B8FC8B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0844EA1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EC95FC4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E6BB48D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4FA509A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1F2F372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0722B8A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6FD1FC7" w14:textId="77777777" w:rsidR="006B0230" w:rsidRDefault="006B0230">
            <w:pPr>
              <w:spacing w:after="0"/>
            </w:pPr>
          </w:p>
        </w:tc>
      </w:tr>
      <w:tr w:rsidR="006B0230" w14:paraId="64861A8D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EBD45E1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E2E7313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7016B6F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C833865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11767F0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9FB35BC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5493515" w14:textId="77777777" w:rsidR="006B0230" w:rsidRDefault="006B0230">
            <w:pPr>
              <w:spacing w:after="0"/>
            </w:pPr>
          </w:p>
        </w:tc>
      </w:tr>
      <w:tr w:rsidR="006B0230" w14:paraId="3A44AA65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7B58EB5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B30766A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D3BB757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6F587F5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46D8584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8A7E5AD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C231E0E" w14:textId="77777777" w:rsidR="006B0230" w:rsidRDefault="006B0230">
            <w:pPr>
              <w:spacing w:after="0"/>
            </w:pPr>
          </w:p>
        </w:tc>
      </w:tr>
      <w:tr w:rsidR="006B0230" w14:paraId="2E6AB906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749BE14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30DF9DA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A371250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DC6530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C6C8784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A97A779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700A29A" w14:textId="77777777" w:rsidR="006B0230" w:rsidRDefault="006B0230">
            <w:pPr>
              <w:spacing w:after="0"/>
            </w:pPr>
          </w:p>
        </w:tc>
      </w:tr>
      <w:tr w:rsidR="006B0230" w14:paraId="44282BAA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F48F52B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CF2523B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7497295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7BD8D1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DDB0984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708FC73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EC9860A" w14:textId="77777777" w:rsidR="006B0230" w:rsidRDefault="006B0230">
            <w:pPr>
              <w:spacing w:after="0"/>
            </w:pPr>
          </w:p>
        </w:tc>
      </w:tr>
      <w:tr w:rsidR="006B0230" w14:paraId="4D41E3C2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41FE050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5ED48CF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B0F0EAE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BB30F1C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F57A693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09E238D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DC6C35E" w14:textId="77777777" w:rsidR="006B0230" w:rsidRDefault="006B0230">
            <w:pPr>
              <w:spacing w:after="0"/>
            </w:pPr>
          </w:p>
        </w:tc>
      </w:tr>
      <w:tr w:rsidR="006B0230" w14:paraId="4310E70C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3CB77FE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FC74867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B317E71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4CCABE3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AEB009A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482E552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CA4384D" w14:textId="77777777" w:rsidR="006B0230" w:rsidRDefault="006B0230">
            <w:pPr>
              <w:spacing w:after="0"/>
            </w:pPr>
          </w:p>
        </w:tc>
      </w:tr>
      <w:tr w:rsidR="006B0230" w14:paraId="1DCD434A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A7C819C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5853E1A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3AC2BCF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F197F29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030355D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47C192A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7DE14B4" w14:textId="77777777" w:rsidR="006B0230" w:rsidRDefault="006B0230">
            <w:pPr>
              <w:spacing w:after="0"/>
            </w:pPr>
          </w:p>
        </w:tc>
      </w:tr>
      <w:tr w:rsidR="006B0230" w14:paraId="37337DF2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69B3822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BC570C7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08468DF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2B8001D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E92EDB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7B744A0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CD08964" w14:textId="77777777" w:rsidR="006B0230" w:rsidRDefault="006B0230">
            <w:pPr>
              <w:spacing w:after="0"/>
            </w:pPr>
          </w:p>
        </w:tc>
      </w:tr>
      <w:tr w:rsidR="006B0230" w14:paraId="39DB6D2F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4D7384BB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3B7CF4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D97AC5D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EBC2FE5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486424C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DAA6334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CACBCFF" w14:textId="77777777" w:rsidR="006B0230" w:rsidRDefault="006B0230">
            <w:pPr>
              <w:spacing w:after="0"/>
            </w:pPr>
          </w:p>
        </w:tc>
      </w:tr>
      <w:tr w:rsidR="006B0230" w14:paraId="228223A8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1F8894E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6B8380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44A0AFC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941FFE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89C20D2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8A4186B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A498BB9" w14:textId="77777777" w:rsidR="006B0230" w:rsidRDefault="006B0230">
            <w:pPr>
              <w:spacing w:after="0"/>
            </w:pPr>
          </w:p>
        </w:tc>
      </w:tr>
      <w:tr w:rsidR="006B0230" w14:paraId="78853075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759EA9A3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2DEC89A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7C2957D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EED9236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B0EE521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578EFB8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B911952" w14:textId="77777777" w:rsidR="006B0230" w:rsidRDefault="006B0230">
            <w:pPr>
              <w:spacing w:after="0"/>
            </w:pPr>
          </w:p>
        </w:tc>
      </w:tr>
      <w:tr w:rsidR="006B0230" w14:paraId="6C1B21DE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8A0F842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260CA47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63CD884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74B07CF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4777175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5486681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59123E7" w14:textId="77777777" w:rsidR="006B0230" w:rsidRDefault="006B0230">
            <w:pPr>
              <w:spacing w:after="0"/>
            </w:pPr>
          </w:p>
        </w:tc>
      </w:tr>
      <w:tr w:rsidR="006B0230" w14:paraId="31C7F784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7EF3064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E20582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19E29242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2411A966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49C631A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E92CD5E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30DD385C" w14:textId="77777777" w:rsidR="006B0230" w:rsidRDefault="006B0230">
            <w:pPr>
              <w:spacing w:after="0"/>
            </w:pPr>
          </w:p>
        </w:tc>
      </w:tr>
      <w:tr w:rsidR="006B0230" w14:paraId="2DF94F8B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F6F517A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C959CF2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2B2D1C6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12654F3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695B4B5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8427A10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951B0D2" w14:textId="77777777" w:rsidR="006B0230" w:rsidRDefault="006B0230">
            <w:pPr>
              <w:spacing w:after="0"/>
            </w:pPr>
          </w:p>
        </w:tc>
      </w:tr>
      <w:tr w:rsidR="006B0230" w14:paraId="2EC18D13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06D4683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B36E037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5344628A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018529B2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C9D31CE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58CA91E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</w:tcPr>
          <w:p w14:paraId="6040BDE3" w14:textId="77777777" w:rsidR="006B0230" w:rsidRDefault="006B0230">
            <w:pPr>
              <w:spacing w:after="0"/>
            </w:pPr>
          </w:p>
        </w:tc>
      </w:tr>
      <w:tr w:rsidR="006B0230" w14:paraId="6FF9CAFC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24DE30D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10C38B3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CE7EFBD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8E4EECB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1A9A003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36C6AC1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1485BE3" w14:textId="77777777" w:rsidR="006B0230" w:rsidRDefault="006B0230">
            <w:pPr>
              <w:spacing w:after="0"/>
            </w:pPr>
          </w:p>
        </w:tc>
      </w:tr>
      <w:tr w:rsidR="006B0230" w14:paraId="165DB314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CED163D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E7B0332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0365142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ED81E60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4123B11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A70CE1E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4A05807" w14:textId="77777777" w:rsidR="006B0230" w:rsidRDefault="006B0230">
            <w:pPr>
              <w:spacing w:after="0"/>
            </w:pPr>
          </w:p>
        </w:tc>
      </w:tr>
      <w:tr w:rsidR="006B0230" w14:paraId="5F0978E9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3ABB207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CD96D05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C380E52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D8A076D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34BBDD0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BBD868A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0DF3BE5" w14:textId="77777777" w:rsidR="006B0230" w:rsidRDefault="006B0230">
            <w:pPr>
              <w:spacing w:after="0"/>
            </w:pPr>
          </w:p>
        </w:tc>
      </w:tr>
      <w:tr w:rsidR="006B0230" w14:paraId="416EA0D1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9706FBE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97B917C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4890422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7706E23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F3DE9C4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253DCEC2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F31B80D" w14:textId="77777777" w:rsidR="006B0230" w:rsidRDefault="006B0230">
            <w:pPr>
              <w:spacing w:after="0"/>
            </w:pPr>
          </w:p>
        </w:tc>
      </w:tr>
      <w:tr w:rsidR="006B0230" w14:paraId="60A96FB4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C1C4073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2E16366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BAF4846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E7487F6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7790BCBC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6A5665F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1254F78C" w14:textId="77777777" w:rsidR="006B0230" w:rsidRDefault="006B0230">
            <w:pPr>
              <w:spacing w:after="0"/>
            </w:pPr>
          </w:p>
        </w:tc>
      </w:tr>
      <w:tr w:rsidR="006B0230" w14:paraId="4934E053" w14:textId="77777777">
        <w:trPr>
          <w:cantSplit/>
          <w:trHeight w:val="232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5F2F2EEB" w14:textId="77777777" w:rsidR="006B0230" w:rsidRDefault="00000000">
            <w:pPr>
              <w:spacing w:after="0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027E81B" w14:textId="77777777" w:rsidR="006B0230" w:rsidRDefault="006B0230">
            <w:pPr>
              <w:spacing w:after="0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06001B85" w14:textId="77777777" w:rsidR="006B0230" w:rsidRDefault="006B0230">
            <w:pPr>
              <w:spacing w:after="0"/>
            </w:pP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4D2C6A46" w14:textId="77777777" w:rsidR="006B0230" w:rsidRDefault="006B0230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3BF5D8AB" w14:textId="77777777" w:rsidR="006B0230" w:rsidRDefault="006B023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185FEC5" w14:textId="77777777" w:rsidR="006B0230" w:rsidRDefault="006B0230">
            <w:pPr>
              <w:spacing w:after="0"/>
              <w:jc w:val="center"/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A"/>
            <w:vAlign w:val="center"/>
          </w:tcPr>
          <w:p w14:paraId="6C8BC5EC" w14:textId="77777777" w:rsidR="006B0230" w:rsidRDefault="006B0230">
            <w:pPr>
              <w:spacing w:after="0"/>
            </w:pPr>
          </w:p>
        </w:tc>
      </w:tr>
    </w:tbl>
    <w:p w14:paraId="0C8EB815" w14:textId="77777777" w:rsidR="00C526BD" w:rsidRDefault="00C526BD"/>
    <w:sectPr w:rsidR="00C526BD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5064315">
    <w:abstractNumId w:val="8"/>
  </w:num>
  <w:num w:numId="2" w16cid:durableId="2087798568">
    <w:abstractNumId w:val="6"/>
  </w:num>
  <w:num w:numId="3" w16cid:durableId="484781054">
    <w:abstractNumId w:val="5"/>
  </w:num>
  <w:num w:numId="4" w16cid:durableId="1211847940">
    <w:abstractNumId w:val="4"/>
  </w:num>
  <w:num w:numId="5" w16cid:durableId="1760178002">
    <w:abstractNumId w:val="7"/>
  </w:num>
  <w:num w:numId="6" w16cid:durableId="1881044684">
    <w:abstractNumId w:val="3"/>
  </w:num>
  <w:num w:numId="7" w16cid:durableId="513108059">
    <w:abstractNumId w:val="2"/>
  </w:num>
  <w:num w:numId="8" w16cid:durableId="98989644">
    <w:abstractNumId w:val="1"/>
  </w:num>
  <w:num w:numId="9" w16cid:durableId="797066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0230"/>
    <w:rsid w:val="00AA1D8D"/>
    <w:rsid w:val="00B47730"/>
    <w:rsid w:val="00BA102C"/>
    <w:rsid w:val="00C526BD"/>
    <w:rsid w:val="00CB0664"/>
    <w:rsid w:val="00F32F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ACF2D"/>
  <w14:defaultImageDpi w14:val="300"/>
  <w15:docId w15:val="{7B6862E9-1E62-4586-8E92-C9A10AB8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Ludmila Machotová</cp:lastModifiedBy>
  <cp:revision>2</cp:revision>
  <dcterms:created xsi:type="dcterms:W3CDTF">2026-10-07T14:06:00Z</dcterms:created>
  <dcterms:modified xsi:type="dcterms:W3CDTF">2026-10-07T14:06:00Z</dcterms:modified>
  <cp:category/>
</cp:coreProperties>
</file>